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/>
        <w:jc w:val="center"/>
      </w:pPr>
      <w:r>
        <w:rPr>
          <w:b/>
          <w:sz w:val="26"/>
        </w:rPr>
        <w:t>CONTRATO DE COMPRAVENTA DE MOTOCICLETA USADA ENTRE PARTICULARES</w:t>
      </w:r>
    </w:p>
    <w:p>
      <w:pPr>
        <w:spacing w:before="360"/>
      </w:pPr>
      <w:r>
        <w:rPr>
          <w:b w:val="0"/>
          <w:sz w:val="20"/>
        </w:rPr>
        <w:t>En ____________________, a ___ de __________ de ____, a las __:__ horas.</w:t>
      </w:r>
    </w:p>
    <w:p>
      <w:pPr>
        <w:spacing w:before="320"/>
      </w:pPr>
      <w:r>
        <w:rPr>
          <w:b/>
          <w:sz w:val="20"/>
        </w:rPr>
        <w:t>REUNIDOS</w:t>
      </w:r>
    </w:p>
    <w:p>
      <w:pPr>
        <w:spacing w:before="120"/>
      </w:pPr>
      <w:r>
        <w:rPr>
          <w:b w:val="0"/>
          <w:sz w:val="20"/>
        </w:rPr>
        <w:t>De una parte, como VENDEDOR, D./D.ª ________________________________________, con DNI/NIE ______________ y domicilio en __________________________________________________.</w:t>
      </w:r>
    </w:p>
    <w:p>
      <w:pPr>
        <w:spacing w:before="120"/>
      </w:pPr>
      <w:r>
        <w:rPr>
          <w:b w:val="0"/>
          <w:sz w:val="20"/>
        </w:rPr>
        <w:t>De otra parte, como COMPRADOR, D./D.ª ________________________________________, con DNI/NIE ______________ y domicilio en __________________________________________________.</w:t>
      </w:r>
    </w:p>
    <w:p>
      <w:pPr>
        <w:spacing w:before="120"/>
      </w:pPr>
      <w:r>
        <w:rPr>
          <w:b w:val="0"/>
          <w:sz w:val="20"/>
        </w:rPr>
        <w:t>Ambas partes se reconocen capacidad legal suficiente para otorgar el presente contrato de compraventa de la motocicleta que se describe a continuación, que se regirá por las condiciones siguientes.</w:t>
      </w:r>
    </w:p>
    <w:p>
      <w:pPr>
        <w:spacing w:before="320"/>
      </w:pPr>
      <w:r>
        <w:rPr>
          <w:b/>
          <w:sz w:val="20"/>
        </w:rPr>
        <w:t>MOTOCICLETA</w:t>
      </w:r>
    </w:p>
    <w:p>
      <w:pPr>
        <w:spacing w:before="120"/>
      </w:pPr>
      <w:r>
        <w:rPr>
          <w:b w:val="0"/>
          <w:sz w:val="20"/>
        </w:rPr>
        <w:t>Marca y modelo: ______________ __________________</w:t>
      </w:r>
    </w:p>
    <w:p>
      <w:pPr>
        <w:spacing w:before="0"/>
      </w:pPr>
      <w:r>
        <w:rPr>
          <w:b w:val="0"/>
          <w:sz w:val="20"/>
        </w:rPr>
        <w:t>Matrícula: __________</w:t>
      </w:r>
    </w:p>
    <w:p>
      <w:pPr>
        <w:spacing w:before="0"/>
      </w:pPr>
      <w:r>
        <w:rPr>
          <w:b w:val="0"/>
          <w:sz w:val="20"/>
        </w:rPr>
        <w:t>Número de bastidor: ____________________</w:t>
      </w:r>
    </w:p>
    <w:p>
      <w:pPr>
        <w:spacing w:before="0"/>
      </w:pPr>
      <w:r>
        <w:rPr>
          <w:b w:val="0"/>
          <w:sz w:val="20"/>
        </w:rPr>
        <w:t>Fecha de primera matriculación: ___ de __________ de ____</w:t>
      </w:r>
    </w:p>
    <w:p>
      <w:pPr>
        <w:spacing w:before="0"/>
      </w:pPr>
      <w:r>
        <w:rPr>
          <w:b w:val="0"/>
          <w:sz w:val="20"/>
        </w:rPr>
        <w:t>Potencia fiscal: ____ CV</w:t>
      </w:r>
    </w:p>
    <w:p>
      <w:pPr>
        <w:spacing w:before="0"/>
      </w:pPr>
      <w:r>
        <w:rPr>
          <w:b w:val="0"/>
          <w:sz w:val="20"/>
        </w:rPr>
        <w:t>Kilómetros: __________</w:t>
      </w:r>
    </w:p>
    <w:p>
      <w:pPr>
        <w:spacing w:before="320"/>
      </w:pPr>
      <w:r>
        <w:rPr>
          <w:b/>
          <w:sz w:val="20"/>
        </w:rPr>
        <w:t>CONDICIONES</w:t>
      </w:r>
    </w:p>
    <w:p>
      <w:pPr>
        <w:spacing w:before="200"/>
      </w:pPr>
      <w:r>
        <w:rPr>
          <w:b/>
          <w:sz w:val="20"/>
        </w:rPr>
        <w:t>Primera. Precio.</w:t>
      </w:r>
    </w:p>
    <w:p>
      <w:pPr>
        <w:spacing w:before="40"/>
      </w:pPr>
      <w:r>
        <w:rPr>
          <w:b w:val="0"/>
          <w:sz w:val="20"/>
        </w:rPr>
        <w:t>El vendedor vende al comprador el vehículo descrito, de su propiedad, por el precio de ________ €, que el comprador abona mediante ______________________________. El precio no incluye los impuestos derivados de la transmisión, que serán a cargo del comprador.</w:t>
      </w:r>
    </w:p>
    <w:p>
      <w:pPr>
        <w:spacing w:before="200"/>
      </w:pPr>
      <w:r>
        <w:rPr>
          <w:b/>
          <w:sz w:val="20"/>
        </w:rPr>
        <w:t>Segunda. Cargas.</w:t>
      </w:r>
    </w:p>
    <w:p>
      <w:pPr>
        <w:spacing w:before="40"/>
      </w:pPr>
      <w:r>
        <w:rPr>
          <w:b w:val="0"/>
          <w:sz w:val="20"/>
        </w:rPr>
        <w:t>El vendedor declara que sobre el vehículo no pesa ninguna carga, gravamen, reserva de dominio, embargo ni precinto, ni impuesto, deuda o sanción pendiente de pago en la fecha de este contrato, y se compromete, en caso contrario, a regularizar tal situación a su exclusivo cargo.</w:t>
      </w:r>
    </w:p>
    <w:p>
      <w:pPr>
        <w:spacing w:before="200"/>
      </w:pPr>
      <w:r>
        <w:rPr>
          <w:b/>
          <w:sz w:val="20"/>
        </w:rPr>
        <w:t>Tercera. Documentación.</w:t>
      </w:r>
    </w:p>
    <w:p>
      <w:pPr>
        <w:spacing w:before="40"/>
      </w:pPr>
      <w:r>
        <w:rPr>
          <w:b w:val="0"/>
          <w:sz w:val="20"/>
        </w:rPr>
        <w:t>El vendedor se compromete a facilitar los documentos relativos al vehículo y a firmar cuantos documentos sean necesarios para que el vehículo quede inscrito a nombre del comprador en los organismos públicos correspondientes, siendo los gastos a cargo del comprador.</w:t>
      </w:r>
    </w:p>
    <w:p>
      <w:pPr>
        <w:spacing w:before="200"/>
      </w:pPr>
      <w:r>
        <w:rPr>
          <w:b/>
          <w:sz w:val="20"/>
        </w:rPr>
        <w:t>Cuarta. Entrega.</w:t>
      </w:r>
    </w:p>
    <w:p>
      <w:pPr>
        <w:spacing w:before="40"/>
      </w:pPr>
      <w:r>
        <w:rPr>
          <w:b w:val="0"/>
          <w:sz w:val="20"/>
        </w:rPr>
        <w:t>El vendedor entrega al comprador la posesión del vehículo, con sus llaves y su documentación, en la fecha y hora indicadas en el encabezamiento. Desde ese momento, el comprador se hace cargo de cuantas responsabilidades puedan derivarse de la propiedad, tenencia y uso del vehículo. El vendedor comunicará la venta a la Dirección General de Tráfico.</w:t>
      </w:r>
    </w:p>
    <w:p>
      <w:pPr>
        <w:spacing w:before="200"/>
      </w:pPr>
      <w:r>
        <w:rPr>
          <w:b/>
          <w:sz w:val="20"/>
        </w:rPr>
        <w:t>Quinta. ITV e impuesto de circulación.</w:t>
      </w:r>
    </w:p>
    <w:p>
      <w:pPr>
        <w:spacing w:before="40"/>
      </w:pPr>
      <w:r>
        <w:rPr>
          <w:b w:val="0"/>
          <w:sz w:val="20"/>
        </w:rPr>
        <w:t>El vehículo tiene la Inspección Técnica de Vehículos (ITV) en vigor hasta el ___ de __________ de ____ y está al corriente del pago del Impuesto sobre Vehículos de Tracción Mecánica.</w:t>
      </w:r>
    </w:p>
    <w:p>
      <w:pPr>
        <w:spacing w:before="200"/>
      </w:pPr>
      <w:r>
        <w:rPr>
          <w:b/>
          <w:sz w:val="20"/>
        </w:rPr>
        <w:t>Sexta. Estado del vehículo.</w:t>
      </w:r>
    </w:p>
    <w:p>
      <w:pPr>
        <w:spacing w:before="40"/>
      </w:pPr>
      <w:r>
        <w:rPr>
          <w:b w:val="0"/>
          <w:sz w:val="20"/>
        </w:rPr>
        <w:t>El comprador declara haber examinado el vehículo y lo recibe en el estado en que se encuentra. El vendedor responderá por el estado del vehículo en los términos establecidos en la legislación civil aplicable.</w:t>
      </w:r>
    </w:p>
    <w:p>
      <w:pPr>
        <w:spacing w:before="200"/>
      </w:pPr>
      <w:r>
        <w:rPr>
          <w:b/>
          <w:sz w:val="20"/>
        </w:rPr>
        <w:t>Séptima. Jurisdicción.</w:t>
      </w:r>
    </w:p>
    <w:p>
      <w:pPr>
        <w:spacing w:before="40"/>
      </w:pPr>
      <w:r>
        <w:rPr>
          <w:b w:val="0"/>
          <w:sz w:val="20"/>
        </w:rPr>
        <w:t>Para cualquier litigio sobre la interpretación o el cumplimiento de este contrato, las partes se someten a los Juzgados y Tribunales de ____________________.</w:t>
      </w:r>
    </w:p>
    <w:p>
      <w:pPr>
        <w:spacing w:before="320"/>
      </w:pPr>
      <w:r>
        <w:rPr>
          <w:b w:val="0"/>
          <w:sz w:val="20"/>
        </w:rPr>
        <w:t>Y para que así conste, las partes firman el presente contrato por triplicado y en todas sus hojas, en el lugar y la fecha arriba indicados.</w:t>
      </w:r>
    </w:p>
    <w:p>
      <w:pPr>
        <w:spacing w:before="720"/>
      </w:pPr>
      <w:r>
        <w:rPr>
          <w:b w:val="0"/>
        </w:rPr>
        <w:t>EL VENDEDOR</w:t>
        <w:br/>
        <w:br/>
        <w:t>Fdo.: ______________________________</w:t>
      </w:r>
    </w:p>
    <w:p>
      <w:pPr>
        <w:spacing w:before="720"/>
      </w:pPr>
      <w:r>
        <w:rPr>
          <w:b w:val="0"/>
        </w:rPr>
        <w:t>EL COMPRADOR</w:t>
        <w:br/>
        <w:br/>
        <w:t>Fdo.: ______________________________</w:t>
      </w:r>
    </w:p>
    <w:p>
      <w:r>
        <w:br w:type="page"/>
      </w:r>
    </w:p>
    <w:p>
      <w:pPr>
        <w:spacing w:before="0"/>
        <w:jc w:val="center"/>
      </w:pPr>
      <w:r>
        <w:rPr>
          <w:b/>
          <w:sz w:val="26"/>
        </w:rPr>
        <w:t>RECIBO DE PAGO DEL PRECIO</w:t>
      </w:r>
    </w:p>
    <w:p>
      <w:pPr>
        <w:spacing w:before="480"/>
      </w:pPr>
      <w:r>
        <w:rPr>
          <w:b w:val="0"/>
          <w:sz w:val="20"/>
        </w:rPr>
        <w:t>D./D.ª ________________________________________, con DNI/NIE ______________, declara haber recibido de D./D.ª ________________________________________, con DNI/NIE ______________, la cantidad de ________ € mediante ______________________________, como pago íntegro de el precio de ________ € de la motocicleta ______________ __________________, matrícula __________ y número de bastidor ____________________, vendido según el contrato de compraventa firmado en ____________________ el ___ de __________ de ____.</w:t>
      </w:r>
    </w:p>
    <w:p>
      <w:pPr>
        <w:spacing w:before="200"/>
      </w:pPr>
      <w:r>
        <w:rPr>
          <w:b w:val="0"/>
          <w:sz w:val="20"/>
        </w:rPr>
        <w:t>Con este pago, el comprador no adeuda cantidad alguna por el precio del vehículo.</w:t>
      </w:r>
    </w:p>
    <w:p>
      <w:pPr>
        <w:spacing w:before="360"/>
      </w:pPr>
      <w:r>
        <w:rPr>
          <w:b w:val="0"/>
          <w:sz w:val="20"/>
        </w:rPr>
        <w:t>En ____________________, a ___ de __________ de ____, a las __:__ horas.</w:t>
      </w:r>
    </w:p>
    <w:p>
      <w:pPr>
        <w:spacing w:before="720"/>
      </w:pPr>
      <w:r>
        <w:rPr>
          <w:b w:val="0"/>
        </w:rPr>
        <w:t>EL VENDEDOR (RECIBÍ)</w:t>
        <w:br/>
        <w:br/>
        <w:t>Fdo.: ______________________________</w:t>
      </w:r>
    </w:p>
    <w:p>
      <w:r>
        <w:br w:type="page"/>
      </w:r>
    </w:p>
    <w:p>
      <w:pPr>
        <w:spacing w:before="0"/>
        <w:jc w:val="center"/>
      </w:pPr>
      <w:r>
        <w:rPr>
          <w:b/>
          <w:sz w:val="26"/>
        </w:rPr>
        <w:t>JUSTIFICANTE DE ENTREGA DE LA MOTOCICLETA</w:t>
      </w:r>
    </w:p>
    <w:p>
      <w:pPr>
        <w:spacing w:before="480"/>
      </w:pPr>
      <w:r>
        <w:rPr>
          <w:b w:val="0"/>
          <w:sz w:val="20"/>
        </w:rPr>
        <w:t>En ____________________, a ___ de __________ de ____, a las __:__ horas, D./D.ª ________________________________________ (vendedor) entrega a D./D.ª ________________________________________ (comprador), que lo recibe, la motocicleta ______________ __________________, matrícula __________ y número de bastidor ____________________, con __________ kilómetros en el cuentakilómetros.</w:t>
      </w:r>
    </w:p>
    <w:p>
      <w:pPr>
        <w:spacing w:before="200"/>
      </w:pPr>
      <w:r>
        <w:rPr>
          <w:b w:val="0"/>
          <w:sz w:val="20"/>
        </w:rPr>
        <w:t>Desde este momento, el comprador se hace cargo del vehículo y de cuantas responsabilidades se deriven de su tenencia y uso, incluidas las sanciones de tráfico.</w:t>
      </w:r>
    </w:p>
    <w:p>
      <w:pPr>
        <w:spacing w:before="320"/>
      </w:pPr>
      <w:r>
        <w:rPr>
          <w:b/>
          <w:sz w:val="20"/>
        </w:rPr>
        <w:t>Se entrega (marcar):</w:t>
      </w:r>
    </w:p>
    <w:p>
      <w:pPr>
        <w:spacing w:before="100"/>
      </w:pPr>
      <w:r>
        <w:rPr>
          <w:b w:val="0"/>
          <w:sz w:val="20"/>
        </w:rPr>
        <w:t>[  ]  Llaves. Número de llaves: ____</w:t>
      </w:r>
    </w:p>
    <w:p>
      <w:pPr>
        <w:spacing w:before="100"/>
      </w:pPr>
      <w:r>
        <w:rPr>
          <w:b w:val="0"/>
          <w:sz w:val="20"/>
        </w:rPr>
        <w:t>[  ]  Permiso de circulación</w:t>
      </w:r>
    </w:p>
    <w:p>
      <w:pPr>
        <w:spacing w:before="100"/>
      </w:pPr>
      <w:r>
        <w:rPr>
          <w:b w:val="0"/>
          <w:sz w:val="20"/>
        </w:rPr>
        <w:t>[  ]  Ficha técnica (tarjeta ITV)</w:t>
      </w:r>
    </w:p>
    <w:p>
      <w:pPr>
        <w:spacing w:before="100"/>
      </w:pPr>
      <w:r>
        <w:rPr>
          <w:b w:val="0"/>
          <w:sz w:val="20"/>
        </w:rPr>
        <w:t>[  ]  Justificante del último impuesto de circulación pagado</w:t>
      </w:r>
    </w:p>
    <w:p>
      <w:pPr>
        <w:spacing w:before="100"/>
      </w:pPr>
      <w:r>
        <w:rPr>
          <w:b w:val="0"/>
          <w:sz w:val="20"/>
        </w:rPr>
        <w:t>[  ]  Libro o facturas de mantenimiento</w:t>
      </w:r>
    </w:p>
    <w:p>
      <w:pPr>
        <w:spacing w:before="100"/>
      </w:pPr>
      <w:r>
        <w:rPr>
          <w:b w:val="0"/>
          <w:sz w:val="20"/>
        </w:rPr>
        <w:t>[  ]  Otros: ______________________________________________</w:t>
      </w:r>
    </w:p>
    <w:p>
      <w:pPr>
        <w:spacing w:before="320"/>
      </w:pPr>
      <w:r>
        <w:rPr>
          <w:b/>
          <w:sz w:val="20"/>
        </w:rPr>
        <w:t>Observaciones sobre el estado del vehículo:</w:t>
      </w:r>
    </w:p>
    <w:p>
      <w:pPr>
        <w:spacing w:before="200"/>
      </w:pPr>
      <w:r>
        <w:rPr>
          <w:b w:val="0"/>
          <w:sz w:val="20"/>
        </w:rPr>
        <w:t>_____________________________________________________________________________</w:t>
      </w:r>
    </w:p>
    <w:p>
      <w:pPr>
        <w:spacing w:before="200"/>
      </w:pPr>
      <w:r>
        <w:rPr>
          <w:b w:val="0"/>
          <w:sz w:val="20"/>
        </w:rPr>
        <w:t>_____________________________________________________________________________</w:t>
      </w:r>
    </w:p>
    <w:p>
      <w:pPr>
        <w:spacing w:before="720"/>
      </w:pPr>
      <w:r>
        <w:rPr>
          <w:b w:val="0"/>
        </w:rPr>
        <w:t>EL VENDEDOR</w:t>
        <w:br/>
        <w:br/>
        <w:t>Fdo.: ______________________________</w:t>
      </w:r>
    </w:p>
    <w:p>
      <w:pPr>
        <w:spacing w:before="720"/>
      </w:pPr>
      <w:r>
        <w:rPr>
          <w:b w:val="0"/>
        </w:rPr>
        <w:t>EL COMPRADOR</w:t>
        <w:br/>
        <w:br/>
        <w:t>Fdo.: 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compraventa de motocicleta (en blanco)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